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1ED" w:rsidRDefault="001B51ED">
      <w:pPr>
        <w:spacing w:after="120"/>
        <w:jc w:val="center"/>
      </w:pPr>
    </w:p>
    <w:tbl>
      <w:tblPr>
        <w:tblW w:w="0" w:type="auto"/>
        <w:jc w:val="center"/>
        <w:tblLook w:val="04A0" w:firstRow="1" w:lastRow="0" w:firstColumn="1" w:lastColumn="0" w:noHBand="0" w:noVBand="1"/>
      </w:tblPr>
      <w:tblGrid>
        <w:gridCol w:w="4535"/>
        <w:gridCol w:w="4535"/>
      </w:tblGrid>
      <w:tr w:rsidR="001B51ED">
        <w:trPr>
          <w:jc w:val="center"/>
        </w:trPr>
        <w:tc>
          <w:tcPr>
            <w:tcW w:w="4535" w:type="dxa"/>
          </w:tcPr>
          <w:p w:rsidR="001B51ED" w:rsidRDefault="00C97F85">
            <w:pPr>
              <w:jc w:val="center"/>
            </w:pPr>
            <w:r>
              <w:t>UBND XÃ, PHƯỜNG⁶</w:t>
            </w:r>
            <w:bookmarkStart w:id="0" w:name="_GoBack"/>
            <w:bookmarkEnd w:id="0"/>
          </w:p>
        </w:tc>
        <w:tc>
          <w:tcPr>
            <w:tcW w:w="4535" w:type="dxa"/>
          </w:tcPr>
          <w:p w:rsidR="001B51ED" w:rsidRDefault="00631103">
            <w:pPr>
              <w:jc w:val="center"/>
            </w:pPr>
            <w:r>
              <w:rPr>
                <w:b/>
              </w:rPr>
              <w:t>ĐẢNG CỘNG SẢN VIỆT NAM</w:t>
            </w:r>
          </w:p>
        </w:tc>
      </w:tr>
      <w:tr w:rsidR="001B51ED">
        <w:trPr>
          <w:jc w:val="center"/>
        </w:trPr>
        <w:tc>
          <w:tcPr>
            <w:tcW w:w="4535" w:type="dxa"/>
          </w:tcPr>
          <w:p w:rsidR="001B51ED" w:rsidRDefault="00631103">
            <w:pPr>
              <w:jc w:val="center"/>
            </w:pPr>
            <w:r>
              <w:t>*</w:t>
            </w:r>
          </w:p>
        </w:tc>
        <w:tc>
          <w:tcPr>
            <w:tcW w:w="4535" w:type="dxa"/>
          </w:tcPr>
          <w:p w:rsidR="001B51ED" w:rsidRDefault="00631103">
            <w:pPr>
              <w:jc w:val="center"/>
            </w:pPr>
            <w:r>
              <w:rPr>
                <w:i/>
              </w:rPr>
              <w:t>......, ngày...... tháng... năm 2026</w:t>
            </w:r>
          </w:p>
        </w:tc>
      </w:tr>
    </w:tbl>
    <w:p w:rsidR="001B51ED" w:rsidRDefault="001B51ED">
      <w:pPr>
        <w:spacing w:after="120"/>
      </w:pPr>
    </w:p>
    <w:p w:rsidR="001B51ED" w:rsidRDefault="00631103">
      <w:pPr>
        <w:spacing w:after="0"/>
        <w:jc w:val="center"/>
      </w:pPr>
      <w:r>
        <w:rPr>
          <w:b/>
          <w:sz w:val="28"/>
        </w:rPr>
        <w:t>BÁO CÁO THÀNH TÍCH</w:t>
      </w:r>
    </w:p>
    <w:p w:rsidR="001B51ED" w:rsidRDefault="00631103">
      <w:pPr>
        <w:spacing w:after="240"/>
        <w:jc w:val="center"/>
      </w:pPr>
      <w:r>
        <w:rPr>
          <w:b/>
          <w:sz w:val="28"/>
        </w:rPr>
        <w:t>ĐỀ NGHỊ TẶNG…</w:t>
      </w:r>
    </w:p>
    <w:p w:rsidR="001B51ED" w:rsidRDefault="00631103">
      <w:pPr>
        <w:spacing w:after="240"/>
        <w:ind w:firstLine="567"/>
      </w:pPr>
      <w:r>
        <w:rPr>
          <w:b/>
        </w:rPr>
        <w:t>Tên tập thể hoặc cá nhân đề nghị khen thưởng: ….</w:t>
      </w:r>
    </w:p>
    <w:p w:rsidR="001B51ED" w:rsidRDefault="00631103" w:rsidP="00C80A2F">
      <w:pPr>
        <w:spacing w:after="160"/>
        <w:ind w:firstLine="709"/>
      </w:pPr>
      <w:r>
        <w:rPr>
          <w:b/>
        </w:rPr>
        <w:t>I. THÔNG TIN CHUNG</w:t>
      </w:r>
    </w:p>
    <w:p w:rsidR="001B51ED" w:rsidRDefault="00631103">
      <w:pPr>
        <w:spacing w:after="160"/>
        <w:ind w:firstLine="567"/>
      </w:pPr>
      <w:r>
        <w:t>- Đối với tập thể: Địa điểm trụ sở chính, điện thoại, fax; địa chỉ trang tin điện tử; cơ cấu tổ chức, tổng số cán bộ, công chức và viên chức; chức năng, nhiệm vụ được giao.</w:t>
      </w:r>
    </w:p>
    <w:p w:rsidR="001B51ED" w:rsidRDefault="00631103">
      <w:pPr>
        <w:spacing w:after="160"/>
        <w:ind w:firstLine="567"/>
      </w:pPr>
      <w:r>
        <w:t>- Đối với cá nhân:</w:t>
      </w:r>
    </w:p>
    <w:p w:rsidR="001B51ED" w:rsidRDefault="00631103">
      <w:pPr>
        <w:spacing w:after="160"/>
        <w:ind w:firstLine="567"/>
      </w:pPr>
      <w:r>
        <w:t>+ Họ và tên (bí danh; nếu là chức sắc tôn giáo thì ghi rõ pháp danh):</w:t>
      </w:r>
    </w:p>
    <w:p w:rsidR="001B51ED" w:rsidRDefault="00631103">
      <w:pPr>
        <w:spacing w:after="160"/>
        <w:ind w:firstLine="567"/>
      </w:pPr>
      <w:r>
        <w:t>+ Ngày, tháng năm sinh:</w:t>
      </w:r>
    </w:p>
    <w:p w:rsidR="001B51ED" w:rsidRDefault="00631103">
      <w:pPr>
        <w:spacing w:after="160"/>
        <w:ind w:firstLine="567"/>
      </w:pPr>
      <w:r>
        <w:t>+ Quê quán:</w:t>
      </w:r>
    </w:p>
    <w:p w:rsidR="001B51ED" w:rsidRDefault="00631103">
      <w:pPr>
        <w:spacing w:after="160"/>
        <w:ind w:firstLine="567"/>
      </w:pPr>
      <w:r>
        <w:t>+ Nơi thường trú:</w:t>
      </w:r>
    </w:p>
    <w:p w:rsidR="001B51ED" w:rsidRDefault="00631103">
      <w:pPr>
        <w:spacing w:after="160"/>
        <w:ind w:firstLine="567"/>
      </w:pPr>
      <w:r>
        <w:t>+ Nghề nghiệp:</w:t>
      </w:r>
    </w:p>
    <w:p w:rsidR="001B51ED" w:rsidRDefault="00631103">
      <w:pPr>
        <w:spacing w:after="160"/>
        <w:ind w:firstLine="567"/>
      </w:pPr>
      <w:r>
        <w:t>+ Chức vụ:</w:t>
      </w:r>
    </w:p>
    <w:p w:rsidR="001B51ED" w:rsidRDefault="00631103">
      <w:pPr>
        <w:spacing w:after="160"/>
        <w:ind w:firstLine="567"/>
      </w:pPr>
      <w:r>
        <w:t>+ Đơn vị công tác…</w:t>
      </w:r>
    </w:p>
    <w:p w:rsidR="001B51ED" w:rsidRDefault="00631103">
      <w:pPr>
        <w:spacing w:after="160"/>
        <w:ind w:firstLine="567"/>
      </w:pPr>
      <w:r>
        <w:t>+ Số điện thoại liên hệ:</w:t>
      </w:r>
    </w:p>
    <w:p w:rsidR="001B51ED" w:rsidRDefault="00631103">
      <w:pPr>
        <w:spacing w:after="160"/>
        <w:ind w:firstLine="567"/>
      </w:pPr>
      <w:r>
        <w:t>+ Mã số thuế (nếu là chủ doanh nghiệp, hộ kinh doanh…).</w:t>
      </w:r>
    </w:p>
    <w:p w:rsidR="001B51ED" w:rsidRDefault="00631103" w:rsidP="00C80A2F">
      <w:pPr>
        <w:spacing w:after="160"/>
        <w:ind w:firstLine="709"/>
      </w:pPr>
      <w:r>
        <w:rPr>
          <w:b/>
        </w:rPr>
        <w:t>II. THÀNH TÍCH ĐẠT ĐƯỢC</w:t>
      </w:r>
    </w:p>
    <w:p w:rsidR="001B51ED" w:rsidRDefault="00631103">
      <w:pPr>
        <w:spacing w:after="160"/>
        <w:ind w:firstLine="567"/>
      </w:pPr>
      <w:r>
        <w:t>- Báo cáo thành tích của tập thể, cá nhân là gương điển hình (thành tích tính từ đầu năm 2026 đến ngày viết báo cáo).</w:t>
      </w:r>
    </w:p>
    <w:p w:rsidR="001B51ED" w:rsidRDefault="00631103">
      <w:pPr>
        <w:spacing w:after="160"/>
        <w:ind w:firstLine="567"/>
      </w:pPr>
      <w:r>
        <w:t>- Các biện pháp, giải pháp để đạt được thành tích.</w:t>
      </w:r>
    </w:p>
    <w:p w:rsidR="001B51ED" w:rsidRDefault="00631103">
      <w:pPr>
        <w:spacing w:after="160"/>
        <w:ind w:firstLine="567"/>
      </w:pPr>
      <w:r>
        <w:t>- Những kinh nghiệm rút ra trong quá trình thực hiện.</w:t>
      </w:r>
    </w:p>
    <w:p w:rsidR="001B51ED" w:rsidRDefault="00631103">
      <w:pPr>
        <w:spacing w:after="400"/>
        <w:ind w:firstLine="567"/>
      </w:pPr>
      <w:r>
        <w:rPr>
          <w:i/>
        </w:rPr>
        <w:t>Lưu ý: Nếu là tập thể hoặc thủ trưởng đơn vị sản xuất, kinh doanh phải nêu việc thực hiện nghĩa vụ nộp ngân sách nhà nước; bảo đảm môi trường, an toàn vệ sinh lao động, an toàn vệ sinh thực phẩm…</w:t>
      </w:r>
    </w:p>
    <w:p w:rsidR="001B51ED" w:rsidRDefault="00631103">
      <w:pPr>
        <w:pBdr>
          <w:top w:val="single" w:sz="6" w:space="1" w:color="auto"/>
        </w:pBdr>
        <w:spacing w:before="400"/>
      </w:pPr>
      <w:r>
        <w:rPr>
          <w:sz w:val="18"/>
        </w:rPr>
        <w:lastRenderedPageBreak/>
        <w:t>6 Đối với các đơn vị khác (Đảng ủy UBND thành phố, Đảng ủy các cơ quan Đảng thành phố, Đảng ủy Công an thành phố, Đảng ủy Quân sự thành phố, Ủy ban MTTQ Việt Nam thành phố): Ghi tên cơ quan, đơn vị.</w:t>
      </w:r>
    </w:p>
    <w:tbl>
      <w:tblPr>
        <w:tblW w:w="0" w:type="auto"/>
        <w:jc w:val="center"/>
        <w:tblLook w:val="04A0" w:firstRow="1" w:lastRow="0" w:firstColumn="1" w:lastColumn="0" w:noHBand="0" w:noVBand="1"/>
      </w:tblPr>
      <w:tblGrid>
        <w:gridCol w:w="4535"/>
        <w:gridCol w:w="4535"/>
      </w:tblGrid>
      <w:tr w:rsidR="001B51ED">
        <w:trPr>
          <w:jc w:val="center"/>
        </w:trPr>
        <w:tc>
          <w:tcPr>
            <w:tcW w:w="4535" w:type="dxa"/>
          </w:tcPr>
          <w:p w:rsidR="001B51ED" w:rsidRDefault="00631103" w:rsidP="002B3BF8">
            <w:pPr>
              <w:spacing w:after="0"/>
              <w:jc w:val="center"/>
            </w:pPr>
            <w:r>
              <w:br w:type="page"/>
            </w:r>
            <w:r>
              <w:rPr>
                <w:b/>
              </w:rPr>
              <w:t>XÁC NHẬN LÃNH ĐẠO CƠ QUAN,</w:t>
            </w:r>
          </w:p>
          <w:p w:rsidR="001B51ED" w:rsidRDefault="00631103" w:rsidP="002B3BF8">
            <w:pPr>
              <w:spacing w:after="0"/>
              <w:jc w:val="center"/>
            </w:pPr>
            <w:r>
              <w:rPr>
                <w:b/>
              </w:rPr>
              <w:t>ĐƠN VỊ NƠI CÔNG TÁC</w:t>
            </w:r>
          </w:p>
          <w:p w:rsidR="001B51ED" w:rsidRDefault="00631103">
            <w:pPr>
              <w:jc w:val="center"/>
            </w:pPr>
            <w:r>
              <w:rPr>
                <w:i/>
              </w:rPr>
              <w:t>(Ký tên, đóng dấu)</w:t>
            </w:r>
          </w:p>
          <w:p w:rsidR="001B51ED" w:rsidRDefault="001B51ED"/>
          <w:p w:rsidR="001B51ED" w:rsidRDefault="001B51ED"/>
          <w:p w:rsidR="001B51ED" w:rsidRDefault="001B51ED"/>
          <w:p w:rsidR="001B51ED" w:rsidRDefault="001B51ED"/>
          <w:p w:rsidR="001B51ED" w:rsidRDefault="001B51ED"/>
        </w:tc>
        <w:tc>
          <w:tcPr>
            <w:tcW w:w="4535" w:type="dxa"/>
          </w:tcPr>
          <w:p w:rsidR="001B51ED" w:rsidRDefault="00631103">
            <w:pPr>
              <w:jc w:val="center"/>
            </w:pPr>
            <w:r>
              <w:rPr>
                <w:b/>
              </w:rPr>
              <w:t>NGƯỜI VIẾT THÀNH TÍCH</w:t>
            </w:r>
          </w:p>
          <w:p w:rsidR="001B51ED" w:rsidRDefault="00631103">
            <w:pPr>
              <w:jc w:val="center"/>
            </w:pPr>
            <w:r>
              <w:rPr>
                <w:i/>
              </w:rPr>
              <w:t>(Ký tên, đóng dấu)</w:t>
            </w:r>
          </w:p>
          <w:p w:rsidR="001B51ED" w:rsidRDefault="001B51ED"/>
          <w:p w:rsidR="001B51ED" w:rsidRDefault="001B51ED"/>
          <w:p w:rsidR="001B51ED" w:rsidRDefault="001B51ED"/>
          <w:p w:rsidR="001B51ED" w:rsidRDefault="001B51ED"/>
          <w:p w:rsidR="001B51ED" w:rsidRDefault="001B51ED"/>
        </w:tc>
      </w:tr>
      <w:tr w:rsidR="001B51ED">
        <w:trPr>
          <w:jc w:val="center"/>
        </w:trPr>
        <w:tc>
          <w:tcPr>
            <w:tcW w:w="4535" w:type="dxa"/>
          </w:tcPr>
          <w:p w:rsidR="001B51ED" w:rsidRDefault="00631103">
            <w:pPr>
              <w:jc w:val="center"/>
            </w:pPr>
            <w:r>
              <w:rPr>
                <w:b/>
              </w:rPr>
              <w:t>XÁC NHẬN UBND XÃ, PHƯỜNG⁷</w:t>
            </w:r>
          </w:p>
          <w:p w:rsidR="001B51ED" w:rsidRDefault="00631103">
            <w:pPr>
              <w:jc w:val="center"/>
            </w:pPr>
            <w:r>
              <w:rPr>
                <w:i/>
              </w:rPr>
              <w:t>(Ký tên, đóng dấu)</w:t>
            </w:r>
          </w:p>
          <w:p w:rsidR="001B51ED" w:rsidRDefault="001B51ED"/>
          <w:p w:rsidR="001B51ED" w:rsidRDefault="001B51ED"/>
          <w:p w:rsidR="001B51ED" w:rsidRDefault="001B51ED"/>
          <w:p w:rsidR="001B51ED" w:rsidRDefault="001B51ED"/>
          <w:p w:rsidR="001B51ED" w:rsidRDefault="001B51ED"/>
        </w:tc>
        <w:tc>
          <w:tcPr>
            <w:tcW w:w="4535" w:type="dxa"/>
          </w:tcPr>
          <w:p w:rsidR="001B51ED" w:rsidRDefault="00631103" w:rsidP="002B3BF8">
            <w:pPr>
              <w:jc w:val="center"/>
            </w:pPr>
            <w:r>
              <w:rPr>
                <w:b/>
              </w:rPr>
              <w:t>XÁC NHẬN CƠ QUAN THƯỜNG TRỰC</w:t>
            </w:r>
            <w:r w:rsidR="002B3BF8">
              <w:t xml:space="preserve"> </w:t>
            </w:r>
            <w:r>
              <w:rPr>
                <w:b/>
              </w:rPr>
              <w:t>CHƯƠNG TRÌNH 7 CẤP THÀNH PHỐ</w:t>
            </w:r>
          </w:p>
          <w:p w:rsidR="001B51ED" w:rsidRDefault="00631103">
            <w:pPr>
              <w:jc w:val="center"/>
            </w:pPr>
            <w:r>
              <w:rPr>
                <w:i/>
              </w:rPr>
              <w:t>(Ký tên, đóng dấu)</w:t>
            </w:r>
          </w:p>
          <w:p w:rsidR="001B51ED" w:rsidRDefault="001B51ED"/>
          <w:p w:rsidR="001B51ED" w:rsidRDefault="001B51ED"/>
          <w:p w:rsidR="001B51ED" w:rsidRDefault="001B51ED"/>
          <w:p w:rsidR="001B51ED" w:rsidRDefault="001B51ED"/>
          <w:p w:rsidR="001B51ED" w:rsidRDefault="001B51ED"/>
        </w:tc>
      </w:tr>
    </w:tbl>
    <w:p w:rsidR="001B51ED" w:rsidRDefault="00631103">
      <w:pPr>
        <w:pBdr>
          <w:top w:val="single" w:sz="6" w:space="1" w:color="auto"/>
        </w:pBdr>
        <w:spacing w:before="4000"/>
      </w:pPr>
      <w:r>
        <w:rPr>
          <w:sz w:val="18"/>
        </w:rPr>
        <w:t>7 Đối với các đơn vị khác (Đảng ủy UBND thành phố, Đảng ủy các cơ quan Đảng thành phố, Đảng ủy Công an thành phố, Đảng ủy Quân sự thành phố, Đảng ủy Ủy ban MTTQ Việt Nam thành phố): Do thủ trưởng cơ quan, đơn vị xác nhận.</w:t>
      </w:r>
    </w:p>
    <w:sectPr w:rsidR="001B51ED" w:rsidSect="00034616">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B51ED"/>
    <w:rsid w:val="0029639D"/>
    <w:rsid w:val="002B3BF8"/>
    <w:rsid w:val="00316A44"/>
    <w:rsid w:val="00326F90"/>
    <w:rsid w:val="003930C3"/>
    <w:rsid w:val="00631103"/>
    <w:rsid w:val="00AA1D8D"/>
    <w:rsid w:val="00B47730"/>
    <w:rsid w:val="00C80A2F"/>
    <w:rsid w:val="00C97F85"/>
    <w:rsid w:val="00CB0664"/>
    <w:rsid w:val="00F90B8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06B536"/>
  <w14:defaultImageDpi w14:val="300"/>
  <w15:docId w15:val="{7F5859D1-27A9-4763-A2F6-BE9FE7F1D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90AE7F-47BB-4FAA-A60C-7AB7E9665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260</Words>
  <Characters>1482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MẪU BCTT - Word</vt:lpstr>
    </vt:vector>
  </TitlesOfParts>
  <Manager/>
  <Company/>
  <LinksUpToDate>false</LinksUpToDate>
  <CharactersWithSpaces>1739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BCTT - Word</dc:title>
  <dc:subject/>
  <dc:creator>python-docx</dc:creator>
  <cp:keywords/>
  <dc:description>generated by python-docx</dc:description>
  <cp:lastModifiedBy>Admin</cp:lastModifiedBy>
  <cp:revision>4</cp:revision>
  <dcterms:created xsi:type="dcterms:W3CDTF">2026-09-24T08:42:00Z</dcterms:created>
  <dcterms:modified xsi:type="dcterms:W3CDTF">2026-09-24T09:17:00Z</dcterms:modified>
  <cp:category/>
</cp:coreProperties>
</file>